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Журнал сварочных работ</w:t>
      </w:r>
    </w:p>
    <w:p>
      <w:r>
        <w:t>Редактируемый бланк для монтажных сварных соединений строительных конструкций. Основа: приложение Б СП 70.13330.2012. Редакция формы проверена 29.09.2026 с учетом сроков введения изменения № 8 по приказу № 353/пр от 03.06.2026.</w:t>
      </w:r>
    </w:p>
    <w:p>
      <w:r>
        <w:t>Изменения приложения Б вводятся с 01.03.2027. Для работ после этой даты заново проверьте применимую форму. Это пояснение составителя, а не реквизит нормативной формы.</w:t>
      </w:r>
    </w:p>
    <w:p>
      <w:pPr>
        <w:pStyle w:val="Heading1"/>
      </w:pPr>
      <w:r>
        <w:t>Титульный лист</w:t>
      </w:r>
    </w:p>
    <w:p>
      <w:r>
        <w:rPr>
          <w:b/>
        </w:rPr>
        <w:t>Журнал сварочных работ №</w:t>
        <w:br/>
      </w:r>
      <w:r>
        <w:t>________________________________________________________________</w:t>
      </w:r>
    </w:p>
    <w:p>
      <w:r>
        <w:rPr>
          <w:b/>
        </w:rPr>
        <w:t>Наименование организации, выполняющей работы</w:t>
        <w:br/>
      </w:r>
      <w:r>
        <w:t>________________________________________________________________</w:t>
      </w:r>
    </w:p>
    <w:p>
      <w:r>
        <w:rPr>
          <w:b/>
        </w:rPr>
        <w:t>Наименование объекта строительства</w:t>
        <w:br/>
      </w:r>
      <w:r>
        <w:t>________________________________________________________________</w:t>
      </w:r>
    </w:p>
    <w:p>
      <w:r>
        <w:rPr>
          <w:b/>
        </w:rPr>
        <w:t>Должность, фамилия, инициалы и подпись лица, ответственного за сварочные работы и ведение журнала</w:t>
        <w:br/>
      </w:r>
      <w:r>
        <w:t>________________________________________________________________</w:t>
      </w:r>
    </w:p>
    <w:p>
      <w:r>
        <w:rPr>
          <w:b/>
        </w:rPr>
        <w:t>Организация, разработавшая проектную документацию, чертежи КМ, КЖ, КМД, КЖД</w:t>
        <w:br/>
      </w:r>
      <w:r>
        <w:t>________________________________________________________________</w:t>
      </w:r>
    </w:p>
    <w:p>
      <w:r>
        <w:rPr>
          <w:b/>
        </w:rPr>
        <w:t>Шифр проекта</w:t>
        <w:br/>
      </w:r>
      <w:r>
        <w:t>________________________________________________________________</w:t>
      </w:r>
    </w:p>
    <w:p>
      <w:r>
        <w:rPr>
          <w:b/>
        </w:rPr>
        <w:t>Организация, разработавшая проект производства сварочных работ</w:t>
        <w:br/>
      </w:r>
      <w:r>
        <w:t>________________________________________________________________</w:t>
      </w:r>
    </w:p>
    <w:p>
      <w:r>
        <w:rPr>
          <w:b/>
        </w:rPr>
        <w:t>Шифр проекта</w:t>
        <w:br/>
      </w:r>
      <w:r>
        <w:t>________________________________________________________________</w:t>
      </w:r>
    </w:p>
    <w:p>
      <w:r>
        <w:rPr>
          <w:b/>
        </w:rPr>
        <w:t>Предприятие, изготовившее стальные конструкции, арматурные и закладные изделия</w:t>
        <w:br/>
      </w:r>
      <w:r>
        <w:t>________________________________________________________________</w:t>
      </w:r>
    </w:p>
    <w:p>
      <w:r>
        <w:rPr>
          <w:b/>
        </w:rPr>
        <w:t>Шифр документа о качестве</w:t>
        <w:br/>
      </w:r>
      <w:r>
        <w:t>________________________________________________________________</w:t>
      </w:r>
    </w:p>
    <w:p>
      <w:r>
        <w:rPr>
          <w:b/>
        </w:rPr>
        <w:t>Заказчик (организация), должность, фамилия, инициалы и подпись руководителя (представителя) технического надзора</w:t>
        <w:br/>
      </w:r>
      <w:r>
        <w:t>________________________________________________________________</w:t>
      </w:r>
    </w:p>
    <w:p>
      <w:r>
        <w:rPr>
          <w:b/>
        </w:rPr>
        <w:t>Журнал начат</w:t>
        <w:br/>
      </w:r>
      <w:r>
        <w:t>________________________________________________________________</w:t>
      </w:r>
    </w:p>
    <w:p>
      <w:r>
        <w:rPr>
          <w:b/>
        </w:rPr>
        <w:t>Журнал окончен</w:t>
        <w:br/>
      </w:r>
      <w:r>
        <w:t>________________________________________________________________</w:t>
      </w:r>
    </w:p>
    <w:p>
      <w:pPr>
        <w:sectPr>
          <w:pgSz w:w="11906" w:h="16838"/>
          <w:pgMar w:top="964" w:right="964" w:bottom="964" w:left="964" w:header="720" w:footer="720" w:gutter="0"/>
          <w:cols w:space="720"/>
          <w:docGrid w:linePitch="360"/>
        </w:sectPr>
      </w:pPr>
    </w:p>
    <w:p>
      <w:pPr>
        <w:pStyle w:val="Heading1"/>
      </w:pPr>
      <w:r>
        <w:t>Инженерно-технический персонал</w:t>
      </w:r>
    </w:p>
    <w:p>
      <w:r>
        <w:t>Список инженерно-технического персонала, занятого выполнением сварочных работ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78"/>
        <w:gridCol w:w="2891"/>
        <w:gridCol w:w="2438"/>
        <w:gridCol w:w="2041"/>
        <w:gridCol w:w="2721"/>
        <w:gridCol w:w="2041"/>
      </w:tblGrid>
      <w:tr>
        <w:trPr>
          <w:tblHeader/>
        </w:trPr>
        <w:tc>
          <w:tcPr>
            <w:tcW w:type="dxa" w:w="277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  <w:shd w:fill="E9EDF0"/>
          </w:tcPr>
          <w:p>
            <w:pPr>
              <w:spacing w:after="40" w:before="40"/>
            </w:pPr>
            <w:r>
              <w:rPr>
                <w:b/>
                <w:sz w:val="18"/>
              </w:rPr>
              <w:t>Фамилия, имя, отчество</w:t>
            </w:r>
          </w:p>
        </w:tc>
        <w:tc>
          <w:tcPr>
            <w:tcW w:type="dxa" w:w="289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  <w:shd w:fill="E9EDF0"/>
          </w:tcPr>
          <w:p>
            <w:pPr>
              <w:spacing w:after="40" w:before="40"/>
            </w:pPr>
            <w:r>
              <w:rPr>
                <w:b/>
                <w:sz w:val="18"/>
              </w:rPr>
              <w:t>Специальность и образование</w:t>
            </w:r>
          </w:p>
        </w:tc>
        <w:tc>
          <w:tcPr>
            <w:tcW w:type="dxa" w:w="243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  <w:shd w:fill="E9EDF0"/>
          </w:tcPr>
          <w:p>
            <w:pPr>
              <w:spacing w:after="40" w:before="40"/>
            </w:pPr>
            <w:r>
              <w:rPr>
                <w:b/>
                <w:sz w:val="18"/>
              </w:rPr>
              <w:t>Занимаемая должность</w:t>
            </w:r>
          </w:p>
        </w:tc>
        <w:tc>
          <w:tcPr>
            <w:tcW w:type="dxa" w:w="204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  <w:shd w:fill="E9EDF0"/>
          </w:tcPr>
          <w:p>
            <w:pPr>
              <w:spacing w:after="40" w:before="40"/>
            </w:pPr>
            <w:r>
              <w:rPr>
                <w:b/>
                <w:sz w:val="18"/>
              </w:rPr>
              <w:t>Дата начала работы на объекте</w:t>
            </w:r>
          </w:p>
        </w:tc>
        <w:tc>
          <w:tcPr>
            <w:tcW w:type="dxa" w:w="272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  <w:shd w:fill="E9EDF0"/>
          </w:tcPr>
          <w:p>
            <w:pPr>
              <w:spacing w:after="40" w:before="40"/>
            </w:pPr>
            <w:r>
              <w:rPr>
                <w:b/>
                <w:sz w:val="18"/>
              </w:rPr>
              <w:t>Отметка о прохождении аттестации и дата</w:t>
            </w:r>
          </w:p>
        </w:tc>
        <w:tc>
          <w:tcPr>
            <w:tcW w:type="dxa" w:w="204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  <w:shd w:fill="E9EDF0"/>
          </w:tcPr>
          <w:p>
            <w:pPr>
              <w:spacing w:after="40" w:before="40"/>
            </w:pPr>
            <w:r>
              <w:rPr>
                <w:b/>
                <w:sz w:val="18"/>
              </w:rPr>
              <w:t>Дата окончания работы на объекте</w:t>
            </w:r>
          </w:p>
        </w:tc>
      </w:tr>
      <w:tr>
        <w:tc>
          <w:tcPr>
            <w:tcW w:type="dxa" w:w="277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9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3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4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72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4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77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9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3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4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72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4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77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9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3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4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72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4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</w:r>
          </w:p>
        </w:tc>
      </w:tr>
    </w:tbl>
    <w:p>
      <w:pPr>
        <w:pStyle w:val="Heading1"/>
      </w:pPr>
      <w:r>
        <w:t>Список сварщиков</w:t>
      </w:r>
    </w:p>
    <w:p>
      <w:r>
        <w:t>Список сварщиков, выполнявших сварочные работы на объекте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24"/>
        <w:gridCol w:w="1304"/>
        <w:gridCol w:w="1361"/>
        <w:gridCol w:w="2324"/>
        <w:gridCol w:w="1814"/>
        <w:gridCol w:w="3118"/>
        <w:gridCol w:w="2665"/>
      </w:tblGrid>
      <w:tr>
        <w:trPr>
          <w:tblHeader/>
        </w:trPr>
        <w:tc>
          <w:tcPr>
            <w:tcW w:type="dxa" w:w="2324"/>
            <w:vAlign w:val="center"/>
            <w:vMerge w:val="restart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  <w:shd w:fill="E9EDF0"/>
          </w:tcPr>
          <w:p>
            <w:r>
              <w:rPr>
                <w:b/>
                <w:sz w:val="16"/>
              </w:rPr>
              <w:t>Фамилия, имя, отчество</w:t>
            </w:r>
          </w:p>
        </w:tc>
        <w:tc>
          <w:tcPr>
            <w:tcW w:type="dxa" w:w="1304"/>
            <w:vAlign w:val="center"/>
            <w:vMerge w:val="restart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  <w:shd w:fill="E9EDF0"/>
          </w:tcPr>
          <w:p>
            <w:r>
              <w:rPr>
                <w:b/>
                <w:sz w:val="16"/>
              </w:rPr>
              <w:t>Разряд квалификационный</w:t>
            </w:r>
          </w:p>
        </w:tc>
        <w:tc>
          <w:tcPr>
            <w:tcW w:type="dxa" w:w="1361"/>
            <w:vAlign w:val="center"/>
            <w:vMerge w:val="restart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  <w:shd w:fill="E9EDF0"/>
          </w:tcPr>
          <w:p>
            <w:r>
              <w:rPr>
                <w:b/>
                <w:sz w:val="16"/>
              </w:rPr>
              <w:t>Номер личного клейма</w:t>
            </w:r>
          </w:p>
        </w:tc>
        <w:tc>
          <w:tcPr>
            <w:tcW w:type="dxa" w:w="7256"/>
            <w:vAlign w:val="center"/>
            <w:gridSpan w:val="3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  <w:shd w:fill="E9EDF0"/>
          </w:tcPr>
          <w:p>
            <w:r>
              <w:rPr>
                <w:b/>
                <w:sz w:val="16"/>
              </w:rPr>
              <w:t>Диплом, удостоверение на право производства сварочных работ</w:t>
            </w:r>
          </w:p>
        </w:tc>
        <w:tc>
          <w:tcPr>
            <w:tcW w:type="dxa" w:w="2665"/>
            <w:vAlign w:val="center"/>
            <w:vMerge w:val="restart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  <w:shd w:fill="E9EDF0"/>
          </w:tcPr>
          <w:p>
            <w:r>
              <w:rPr>
                <w:b/>
                <w:sz w:val="16"/>
              </w:rPr>
              <w:t>Отметка о сварке пробных и контрольных образцов</w:t>
            </w:r>
          </w:p>
        </w:tc>
      </w:tr>
      <w:tr>
        <w:tc>
          <w:tcPr>
            <w:tcW w:type="dxa" w:w="2324"/>
            <w:vAlign w:val="center"/>
            <w:vMerge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/>
        </w:tc>
        <w:tc>
          <w:tcPr>
            <w:tcW w:type="dxa" w:w="1304"/>
            <w:vAlign w:val="center"/>
            <w:vMerge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/>
        </w:tc>
        <w:tc>
          <w:tcPr>
            <w:tcW w:type="dxa" w:w="1361"/>
            <w:vAlign w:val="center"/>
            <w:vMerge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/>
        </w:tc>
        <w:tc>
          <w:tcPr>
            <w:tcW w:type="dxa" w:w="232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r>
              <w:rPr>
                <w:b/>
                <w:sz w:val="16"/>
              </w:rPr>
              <w:t>номер</w:t>
            </w:r>
          </w:p>
        </w:tc>
        <w:tc>
          <w:tcPr>
            <w:tcW w:type="dxa" w:w="181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r>
              <w:rPr>
                <w:b/>
                <w:sz w:val="16"/>
              </w:rPr>
              <w:t>срок действия</w:t>
            </w:r>
          </w:p>
        </w:tc>
        <w:tc>
          <w:tcPr>
            <w:tcW w:type="dxa" w:w="311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r>
              <w:rPr>
                <w:b/>
                <w:sz w:val="16"/>
              </w:rPr>
              <w:t>допущен к сварке (швов в пространственном положении)</w:t>
            </w:r>
          </w:p>
        </w:tc>
        <w:tc>
          <w:tcPr>
            <w:tcW w:type="dxa" w:w="2665"/>
            <w:vAlign w:val="center"/>
            <w:vMerge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/>
        </w:tc>
      </w:tr>
      <w:tr>
        <w:tc>
          <w:tcPr>
            <w:tcW w:type="dxa" w:w="232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30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36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232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81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311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266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32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30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36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232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81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311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266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32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30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36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232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81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311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266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</w:tr>
    </w:tbl>
    <w:p>
      <w:pPr>
        <w:sectPr>
          <w:pgSz w:w="16838" w:h="11906"/>
          <w:pgMar w:top="964" w:right="964" w:bottom="964" w:left="964" w:header="720" w:footer="720" w:gutter="0"/>
          <w:cols w:space="720"/>
          <w:docGrid w:linePitch="360"/>
        </w:sectPr>
      </w:pPr>
    </w:p>
    <w:p>
      <w:pPr>
        <w:pStyle w:val="Heading1"/>
      </w:pPr>
      <w:r>
        <w:t>Рабочая таблица журнала сварочных работ</w:t>
      </w:r>
    </w:p>
    <w:p>
      <w:r>
        <w:t>Приложение Б. Сохранены все 13 граф и их порядок. Размер страницы А3 выбран для читаемости; таблица редактируется в Word.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17"/>
        <w:gridCol w:w="1644"/>
        <w:gridCol w:w="1757"/>
        <w:gridCol w:w="2268"/>
        <w:gridCol w:w="1871"/>
        <w:gridCol w:w="1701"/>
        <w:gridCol w:w="1757"/>
        <w:gridCol w:w="1134"/>
        <w:gridCol w:w="1361"/>
        <w:gridCol w:w="1871"/>
        <w:gridCol w:w="1644"/>
        <w:gridCol w:w="1701"/>
        <w:gridCol w:w="1757"/>
      </w:tblGrid>
      <w:tr>
        <w:trPr>
          <w:tblHeader/>
        </w:trPr>
        <w:tc>
          <w:tcPr>
            <w:tcW w:type="dxa" w:w="141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  <w:shd w:fill="E9EDF0"/>
          </w:tcPr>
          <w:p>
            <w:pPr>
              <w:spacing w:after="40" w:before="40"/>
            </w:pPr>
            <w:r>
              <w:rPr>
                <w:b/>
                <w:sz w:val="16"/>
              </w:rPr>
              <w:t>Дата выполнения работ, смена</w:t>
            </w:r>
          </w:p>
        </w:tc>
        <w:tc>
          <w:tcPr>
            <w:tcW w:type="dxa" w:w="164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  <w:shd w:fill="E9EDF0"/>
          </w:tcPr>
          <w:p>
            <w:pPr>
              <w:spacing w:after="40" w:before="40"/>
            </w:pPr>
            <w:r>
              <w:rPr>
                <w:b/>
                <w:sz w:val="16"/>
              </w:rPr>
              <w:t>Наименование соединяемых элементов; марка стали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  <w:shd w:fill="E9EDF0"/>
          </w:tcPr>
          <w:p>
            <w:pPr>
              <w:spacing w:after="40" w:before="40"/>
            </w:pPr>
            <w:r>
              <w:rPr>
                <w:b/>
                <w:sz w:val="16"/>
              </w:rPr>
              <w:t>Место или номер (по чертежу или схеме) свариваемого элемента</w:t>
            </w:r>
          </w:p>
        </w:tc>
        <w:tc>
          <w:tcPr>
            <w:tcW w:type="dxa" w:w="226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  <w:shd w:fill="E9EDF0"/>
          </w:tcPr>
          <w:p>
            <w:pPr>
              <w:spacing w:after="40" w:before="40"/>
            </w:pPr>
            <w:r>
              <w:rPr>
                <w:b/>
                <w:sz w:val="16"/>
              </w:rPr>
              <w:t>Отметка о сдаче и приемке узла под сварку (должность, фамилия, инициалы, подпись)</w:t>
            </w:r>
          </w:p>
        </w:tc>
        <w:tc>
          <w:tcPr>
            <w:tcW w:type="dxa" w:w="187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  <w:shd w:fill="E9EDF0"/>
          </w:tcPr>
          <w:p>
            <w:pPr>
              <w:spacing w:after="40" w:before="40"/>
            </w:pPr>
            <w:r>
              <w:rPr>
                <w:b/>
                <w:sz w:val="16"/>
              </w:rPr>
              <w:t>Марка применяемых сварочных материалов (проволока, флюс, электроды), номер партии</w:t>
            </w:r>
          </w:p>
        </w:tc>
        <w:tc>
          <w:tcPr>
            <w:tcW w:type="dxa" w:w="170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  <w:shd w:fill="E9EDF0"/>
          </w:tcPr>
          <w:p>
            <w:pPr>
              <w:spacing w:after="40" w:before="40"/>
            </w:pPr>
            <w:r>
              <w:rPr>
                <w:b/>
                <w:sz w:val="16"/>
              </w:rPr>
              <w:t>Атмосферные условия (температура воздуха, осадки, скорость ветра)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  <w:shd w:fill="E9EDF0"/>
          </w:tcPr>
          <w:p>
            <w:pPr>
              <w:spacing w:after="40" w:before="40"/>
            </w:pPr>
            <w:r>
              <w:rPr>
                <w:b/>
                <w:sz w:val="16"/>
              </w:rPr>
              <w:t>Фамилия, инициалы сварщика, номер удостоверения</w:t>
            </w:r>
          </w:p>
        </w:tc>
        <w:tc>
          <w:tcPr>
            <w:tcW w:type="dxa" w:w="113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  <w:shd w:fill="E9EDF0"/>
          </w:tcPr>
          <w:p>
            <w:pPr>
              <w:spacing w:after="40" w:before="40"/>
            </w:pPr>
            <w:r>
              <w:rPr>
                <w:b/>
                <w:sz w:val="16"/>
              </w:rPr>
              <w:t>Клеймо</w:t>
            </w:r>
          </w:p>
        </w:tc>
        <w:tc>
          <w:tcPr>
            <w:tcW w:type="dxa" w:w="136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  <w:shd w:fill="E9EDF0"/>
          </w:tcPr>
          <w:p>
            <w:pPr>
              <w:spacing w:after="40" w:before="40"/>
            </w:pPr>
            <w:r>
              <w:rPr>
                <w:b/>
                <w:sz w:val="16"/>
              </w:rPr>
              <w:t>Подписи сварщиков, сваривших соединения</w:t>
            </w:r>
          </w:p>
        </w:tc>
        <w:tc>
          <w:tcPr>
            <w:tcW w:type="dxa" w:w="187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  <w:shd w:fill="E9EDF0"/>
          </w:tcPr>
          <w:p>
            <w:pPr>
              <w:spacing w:after="40" w:before="40"/>
            </w:pPr>
            <w:r>
              <w:rPr>
                <w:b/>
                <w:sz w:val="16"/>
              </w:rPr>
              <w:t>Фамилия, инициалы ответственного за производство работ (мастера, производителя работ)</w:t>
            </w:r>
          </w:p>
        </w:tc>
        <w:tc>
          <w:tcPr>
            <w:tcW w:type="dxa" w:w="164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  <w:shd w:fill="E9EDF0"/>
          </w:tcPr>
          <w:p>
            <w:pPr>
              <w:spacing w:after="40" w:before="40"/>
            </w:pPr>
            <w:r>
              <w:rPr>
                <w:b/>
                <w:sz w:val="16"/>
              </w:rPr>
              <w:t>Подпись руководителя сварочных работ</w:t>
            </w:r>
          </w:p>
        </w:tc>
        <w:tc>
          <w:tcPr>
            <w:tcW w:type="dxa" w:w="170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  <w:shd w:fill="E9EDF0"/>
          </w:tcPr>
          <w:p>
            <w:pPr>
              <w:spacing w:after="40" w:before="40"/>
            </w:pPr>
            <w:r>
              <w:rPr>
                <w:b/>
                <w:sz w:val="16"/>
              </w:rPr>
              <w:t>Отметка о приемке сварного соединения представителя ИЛ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  <w:shd w:fill="E9EDF0"/>
          </w:tcPr>
          <w:p>
            <w:pPr>
              <w:spacing w:after="40" w:before="40"/>
            </w:pPr>
            <w:r>
              <w:rPr>
                <w:b/>
                <w:sz w:val="16"/>
              </w:rPr>
              <w:t>Замечания по контрольной проверке (производителя работ представителя ИЛ и др.)</w:t>
            </w:r>
          </w:p>
        </w:tc>
      </w:tr>
      <w:tr>
        <w:tc>
          <w:tcPr>
            <w:tcW w:type="dxa" w:w="141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  <w:t>1</w:t>
            </w:r>
          </w:p>
        </w:tc>
        <w:tc>
          <w:tcPr>
            <w:tcW w:type="dxa" w:w="164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  <w:t>2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  <w:t>3</w:t>
            </w:r>
          </w:p>
        </w:tc>
        <w:tc>
          <w:tcPr>
            <w:tcW w:type="dxa" w:w="226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  <w:t>4</w:t>
            </w:r>
          </w:p>
        </w:tc>
        <w:tc>
          <w:tcPr>
            <w:tcW w:type="dxa" w:w="187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  <w:t>5</w:t>
            </w:r>
          </w:p>
        </w:tc>
        <w:tc>
          <w:tcPr>
            <w:tcW w:type="dxa" w:w="170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  <w:t>6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  <w:t>7</w:t>
            </w:r>
          </w:p>
        </w:tc>
        <w:tc>
          <w:tcPr>
            <w:tcW w:type="dxa" w:w="113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  <w:t>8</w:t>
            </w:r>
          </w:p>
        </w:tc>
        <w:tc>
          <w:tcPr>
            <w:tcW w:type="dxa" w:w="136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  <w:t>9</w:t>
            </w:r>
          </w:p>
        </w:tc>
        <w:tc>
          <w:tcPr>
            <w:tcW w:type="dxa" w:w="187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  <w:t>10</w:t>
            </w:r>
          </w:p>
        </w:tc>
        <w:tc>
          <w:tcPr>
            <w:tcW w:type="dxa" w:w="164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  <w:t>11</w:t>
            </w:r>
          </w:p>
        </w:tc>
        <w:tc>
          <w:tcPr>
            <w:tcW w:type="dxa" w:w="170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  <w:t>12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  <w:t>13</w:t>
            </w:r>
          </w:p>
        </w:tc>
      </w:tr>
      <w:tr>
        <w:tc>
          <w:tcPr>
            <w:tcW w:type="dxa" w:w="141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64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226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87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70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13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36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87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64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70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41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64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226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87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70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13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36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87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64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70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41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64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226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87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70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13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36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87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64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70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41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64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226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87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70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13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36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87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64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70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41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64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226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87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70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13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36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87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64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70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41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64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226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87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70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13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36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87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64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70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41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64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226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87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70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13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36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87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64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70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41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64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226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87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70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13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36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87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64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70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41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64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226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87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70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13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36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87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64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70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</w:tr>
    </w:tbl>
    <w:p>
      <w:pPr>
        <w:sectPr>
          <w:pgSz w:w="23811" w:h="16838"/>
          <w:pgMar w:top="964" w:right="964" w:bottom="964" w:left="964" w:header="720" w:footer="720" w:gutter="0"/>
          <w:cols w:space="720"/>
          <w:docGrid w:linePitch="360"/>
        </w:sectPr>
      </w:pPr>
    </w:p>
    <w:p>
      <w:pPr>
        <w:pStyle w:val="Heading1"/>
      </w:pPr>
      <w:r>
        <w:t>Третья страница обложки</w:t>
      </w:r>
    </w:p>
    <w:p>
      <w:r>
        <w:t>В журнале пронумеровано и прошнуровано __________________ страниц</w:t>
      </w:r>
    </w:p>
    <w:p>
      <w:r>
        <w:t>«______» __________________ 20______ г.</w:t>
      </w:r>
    </w:p>
    <w:p>
      <w:r>
        <w:t>________________________________________________________________</w:t>
      </w:r>
    </w:p>
    <w:p>
      <w:r>
        <w:t>(должность, фамилия, инициалы и подпись руководителя организации, выдавшего журнал)</w:t>
      </w:r>
    </w:p>
    <w:p>
      <w:r>
        <w:t>Место печати</w:t>
      </w:r>
    </w:p>
    <w:p>
      <w:r>
        <w:t>Пояснение составителя: сохранены реквизиты исходной бумажной формы. Применимость печати, регистрации, способа подписания и хранения определяют для конкретного объекта и формата ведения; бланк сам по себе не устанавливает дополнительных обязанностей.</w:t>
      </w:r>
    </w:p>
    <w:sectPr w:rsidR="00FC693F" w:rsidRPr="0006063C" w:rsidSect="00034616">
      <w:pgSz w:w="11906" w:h="16838"/>
      <w:pgMar w:top="964" w:right="964" w:bottom="964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DejaVu Sans" w:hAnsi="DejaVu San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