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sz w:val="18"/>
        </w:rPr>
        <w:t>Приложение № 1 к приказу Минстроя России от 02.12.2022 № 1026/пр. Форма.</w:t>
      </w:r>
    </w:p>
    <w:p>
      <w:pPr>
        <w:pStyle w:val="Heading1"/>
      </w:pPr>
      <w:r>
        <w:t>ОБЩИЙ ЖУРНАЛ, В КОТОРОМ ВЕДЕТСЯ УЧЕТ ВЫПОЛНЕНИЯ РАБОТ ПО СТРОИТЕЛЬСТВУ, РЕКОНСТРУКЦИИ, КАПИТАЛЬНОМУ РЕМОНТУ ОБЪЕКТА КАПИТАЛЬНОГО СТРОИТЕЛЬСТВА</w:t>
      </w:r>
    </w:p>
    <w:p>
      <w:r>
        <w:rPr>
          <w:b/>
        </w:rPr>
        <w:t>№ ______________________</w:t>
      </w:r>
    </w:p>
    <w:p>
      <w:r>
        <w:rPr>
          <w:b w:val="0"/>
        </w:rPr>
        <w:t>по __________________________________________________________________________________________</w:t>
      </w:r>
    </w:p>
    <w:p>
      <w:r>
        <w:rPr>
          <w:b w:val="0"/>
          <w:sz w:val="16"/>
        </w:rPr>
        <w:t>(указать строительство, реконструкция, капитальный ремонт)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  <w:sz w:val="16"/>
        </w:rPr>
        <w:t>(наименование объекта капитального строительства, его почтовый или строительный адрес)</w:t>
      </w:r>
    </w:p>
    <w:p>
      <w:r>
        <w:rPr>
          <w:b/>
          <w:sz w:val="19"/>
        </w:rPr>
        <w:t>Застройщик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  <w:sz w:val="17"/>
        </w:rPr>
        <w:t>(фамилия, имя, отчество (последнее - при наличии), адрес места жительства, ОГРНИП, ИНН индивидуального предпринимателя, полное и (или) сокращенное наименование, ОГРН, ИНН, место нахождения юридического лица, телефон/факс, адрес электронной почты (при наличии),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требуется); фамилия, имя, отчество (последнее - при наличии), паспортные данные, адрес места жительства, телефон/факс, адрес электронной почты (при наличии) - для физических лиц, не являющихся индивидуальными предпринимателями)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/>
          <w:sz w:val="19"/>
        </w:rPr>
        <w:t>Уполномоченный представитель застройщика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4"/>
        <w:gridCol w:w="2786"/>
        <w:gridCol w:w="2012"/>
        <w:gridCol w:w="2167"/>
        <w:gridCol w:w="5727"/>
        <w:gridCol w:w="2012"/>
      </w:tblGrid>
      <w:tr>
        <w:trPr>
          <w:tblHeader/>
          <w:cantSplit/>
        </w:trPr>
        <w:tc>
          <w:tcPr>
            <w:tcW w:type="dxa" w:w="774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278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Фамилия, имя, отчество (последнее - при наличии)</w:t>
            </w:r>
          </w:p>
        </w:tc>
        <w:tc>
          <w:tcPr>
            <w:tcW w:type="dxa" w:w="201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 (при наличии)</w:t>
            </w:r>
          </w:p>
        </w:tc>
        <w:tc>
          <w:tcPr>
            <w:tcW w:type="dxa" w:w="2167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5727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201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Подпись</w:t>
            </w:r>
          </w:p>
        </w:tc>
      </w:tr>
      <w:tr>
        <w:trPr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78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16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572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6</w:t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8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6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72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8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6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72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19"/>
        </w:rPr>
        <w:t>Технический заказчик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  <w:sz w:val="17"/>
        </w:rPr>
        <w:t>(полное и (или) сокращенное наименование, ОГРН, ИНН, место нахождения юридического лица, телефон/факс, адрес электронной почты (при наличии), полное и (или) сокращенное наименование, ОГРН, ИНН саморегулируемой организации, членом которой является указанное юридическое лицо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/>
          <w:sz w:val="19"/>
        </w:rPr>
        <w:t>Уполномоченный представитель технического заказчика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4"/>
        <w:gridCol w:w="2786"/>
        <w:gridCol w:w="2012"/>
        <w:gridCol w:w="2167"/>
        <w:gridCol w:w="5727"/>
        <w:gridCol w:w="2012"/>
      </w:tblGrid>
      <w:tr>
        <w:trPr>
          <w:tblHeader/>
          <w:cantSplit/>
        </w:trPr>
        <w:tc>
          <w:tcPr>
            <w:tcW w:type="dxa" w:w="774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278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Фамилия, имя, отчество (последнее - при наличии)</w:t>
            </w:r>
          </w:p>
        </w:tc>
        <w:tc>
          <w:tcPr>
            <w:tcW w:type="dxa" w:w="201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 (при наличии)</w:t>
            </w:r>
          </w:p>
        </w:tc>
        <w:tc>
          <w:tcPr>
            <w:tcW w:type="dxa" w:w="2167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5727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201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Подпись</w:t>
            </w:r>
          </w:p>
        </w:tc>
      </w:tr>
      <w:tr>
        <w:trPr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78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16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572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6</w:t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8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6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72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8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6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72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rPr>
          <w:b/>
          <w:sz w:val="19"/>
        </w:rPr>
        <w:t>Лицо, ответственное за эксплуатацию здания, сооружения, или региональный оператор (заполняется в случае, если договор строительного подряда заключается с лицом, ответственным за эксплуатацию здания, сооружения, или региональным оператором)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  <w:sz w:val="17"/>
        </w:rPr>
        <w:t>(фамилия, имя, отчество (последнее - при наличии), адрес места жительства, ОГРНИП, ИНН индивидуального предпринимателя, полное и (или) сокращенное наименование, ОГРН, ИНН, место нахождения юридического лица, телефон/факс, адрес электронной почты (при наличии), фамилия, имя, отчество (последнее - при наличии), паспортные данные, адрес места жительства, телефон/факс, адрес электронной почты (при наличии) - для физических лиц, не являющихся индивидуальными предпринимателями)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/>
          <w:sz w:val="19"/>
        </w:rPr>
        <w:t>Уполномоченный представитель лица, ответственного за эксплуатацию здания, сооружения, или регионального оператора (заполняется в случае, если договор строительного подряда заключается с лицом, ответственным за эксплуатацию здания, сооружения, или региональным оператором)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9"/>
        <w:gridCol w:w="4179"/>
        <w:gridCol w:w="2786"/>
        <w:gridCol w:w="5881"/>
        <w:gridCol w:w="1702"/>
      </w:tblGrid>
      <w:tr>
        <w:trPr>
          <w:tblHeader/>
          <w:cantSplit/>
        </w:trPr>
        <w:tc>
          <w:tcPr>
            <w:tcW w:type="dxa" w:w="92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417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Фамилия, имя, отчество (последнее - при наличии)</w:t>
            </w:r>
          </w:p>
        </w:tc>
        <w:tc>
          <w:tcPr>
            <w:tcW w:type="dxa" w:w="278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 (при наличии)</w:t>
            </w:r>
          </w:p>
        </w:tc>
        <w:tc>
          <w:tcPr>
            <w:tcW w:type="dxa" w:w="5881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170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Подпись</w:t>
            </w:r>
          </w:p>
        </w:tc>
      </w:tr>
      <w:tr>
        <w:trPr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17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78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588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70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17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8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88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17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8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88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0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19"/>
        </w:rPr>
        <w:t>Сведения о выданном разрешении на строительство (заполняется в случае, если разрешение на строительство требуется в соответствии со статьей 51 Градостроительного кодекса Российской Федерации (Собрание законодательства Российской Федерации, 2005, N 1, ст. 16; 2022, N 29, ст. 5317)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  <w:sz w:val="17"/>
        </w:rPr>
        <w:t>(номер, дата выдачи разрешения на строительство, наименование органа исполнительной власти, государственной корпорации или органа местного самоуправления, выдавших разрешение)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/>
          <w:sz w:val="19"/>
        </w:rPr>
        <w:t>Лицо, осуществляющее подготовку проектной документации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  <w:sz w:val="17"/>
        </w:rPr>
        <w:t>(фамилия, имя, отчество (последнее - при наличии), адрес места жительства, адрес электронной почты (при наличии), ОГРНИП, ИНН индивидуального предпринимателя, полное и (или) сокращенное наименование, ОГРН, ИНН, место нахождения юридического лица, телефон/факс, адрес электронной почты (при наличии),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/>
          <w:sz w:val="19"/>
        </w:rPr>
        <w:t>Уполномоченный представитель лица, осуществляющего подготовку проектной документации, по вопросам проверки соответствия выполняемых работ проектной документации (далее - авторский надзор)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2"/>
        <w:gridCol w:w="3283"/>
        <w:gridCol w:w="1876"/>
        <w:gridCol w:w="1876"/>
        <w:gridCol w:w="5784"/>
        <w:gridCol w:w="1876"/>
      </w:tblGrid>
      <w:tr>
        <w:trPr>
          <w:tblHeader/>
          <w:cantSplit/>
        </w:trPr>
        <w:tc>
          <w:tcPr>
            <w:tcW w:type="dxa" w:w="78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3283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Полное и (или) сокращенное наименование или фамилия, имя, отчество (последнее - при наличии) лица, осуществляющего подготовку проектной документации, сведения о разделах проектной документации, подготовленных этим лицом</w:t>
            </w:r>
          </w:p>
        </w:tc>
        <w:tc>
          <w:tcPr>
            <w:tcW w:type="dxa" w:w="187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Фамилия, имя, отчество (последнее - при наличии), должность (при наличии)</w:t>
            </w:r>
          </w:p>
        </w:tc>
        <w:tc>
          <w:tcPr>
            <w:tcW w:type="dxa" w:w="187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5784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Идентификационный номер в национальном реестре специалистов в области архитектурно-строительного проектирования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187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Подпись</w:t>
            </w:r>
          </w:p>
        </w:tc>
      </w:tr>
      <w:tr>
        <w:trPr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28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5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6</w:t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28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rPr>
          <w:b/>
          <w:sz w:val="19"/>
        </w:rPr>
        <w:t>Сведения о положительном заключении экспертизы проектной документации (заполняется в случае, если при строительстве, реконструкции объекта капитального строительства в соответствии со статьей 49 Градостроительного кодекса Российской Федерации (Собрание законодательства Российской Федерации, 2005, N 1, ст. 16; 2022, N 29, ст. 5317) проводится экспертиза проектной документации)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  <w:sz w:val="17"/>
        </w:rPr>
        <w:t>(номер и дата выдачи, орган или организация, его утвердившие)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br w:type="page"/>
      </w:r>
    </w:p>
    <w:p>
      <w:r>
        <w:rPr>
          <w:b/>
          <w:sz w:val="19"/>
        </w:rPr>
        <w:t>Лицо, осуществляющее строительство, реконструкцию, капитальный ремонт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  <w:sz w:val="17"/>
        </w:rPr>
        <w:t>(фамилия, имя, отчество (последнее - при наличии), адрес места жительства, ОГРНИП, ИНН индивидуального предпринимателя, полное и (или) сокращенное наименование, ОГРН, ИНН, место нахождения юридического лица, телефон/факс, адрес электронной почты (при наличии), 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/>
          <w:sz w:val="19"/>
        </w:rPr>
        <w:t>Уполномоченный представитель лица, осуществляющего строительство, реконструкцию, капитальный ремонт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9"/>
        <w:gridCol w:w="2476"/>
        <w:gridCol w:w="2012"/>
        <w:gridCol w:w="2786"/>
        <w:gridCol w:w="5262"/>
        <w:gridCol w:w="2012"/>
      </w:tblGrid>
      <w:tr>
        <w:trPr>
          <w:tblHeader/>
          <w:cantSplit/>
        </w:trPr>
        <w:tc>
          <w:tcPr>
            <w:tcW w:type="dxa" w:w="92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247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Фамилия, имя, отчество (последнее - при наличии)</w:t>
            </w:r>
          </w:p>
        </w:tc>
        <w:tc>
          <w:tcPr>
            <w:tcW w:type="dxa" w:w="201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 (при наличии)</w:t>
            </w:r>
          </w:p>
        </w:tc>
        <w:tc>
          <w:tcPr>
            <w:tcW w:type="dxa" w:w="278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526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не требуется)</w:t>
            </w:r>
          </w:p>
        </w:tc>
        <w:tc>
          <w:tcPr>
            <w:tcW w:type="dxa" w:w="201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Подпись</w:t>
            </w:r>
          </w:p>
        </w:tc>
      </w:tr>
      <w:tr>
        <w:trPr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78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526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6</w:t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8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26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78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26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19"/>
        </w:rPr>
        <w:t>Уполномоченный представитель застройщика или технического заказчика по вопросам строительного контроля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4"/>
        <w:gridCol w:w="4488"/>
        <w:gridCol w:w="2322"/>
        <w:gridCol w:w="5881"/>
        <w:gridCol w:w="2012"/>
      </w:tblGrid>
      <w:tr>
        <w:trPr>
          <w:tblHeader/>
          <w:cantSplit/>
        </w:trPr>
        <w:tc>
          <w:tcPr>
            <w:tcW w:type="dxa" w:w="774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4488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Фамилия, имя, отчество (последнее - при наличии)</w:t>
            </w:r>
          </w:p>
        </w:tc>
        <w:tc>
          <w:tcPr>
            <w:tcW w:type="dxa" w:w="232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 (при наличии)</w:t>
            </w:r>
          </w:p>
        </w:tc>
        <w:tc>
          <w:tcPr>
            <w:tcW w:type="dxa" w:w="5881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201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Подпись</w:t>
            </w:r>
          </w:p>
        </w:tc>
      </w:tr>
      <w:tr>
        <w:trPr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4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588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4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88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4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88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rPr>
          <w:b/>
          <w:sz w:val="19"/>
        </w:rPr>
        <w:t>Уполномоченный представитель лица, ответственного за эксплуатацию здания, сооружения, и (или) регионального оператора по вопросам строительного контроля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4"/>
        <w:gridCol w:w="4488"/>
        <w:gridCol w:w="2322"/>
        <w:gridCol w:w="5881"/>
        <w:gridCol w:w="2012"/>
      </w:tblGrid>
      <w:tr>
        <w:trPr>
          <w:tblHeader/>
          <w:cantSplit/>
        </w:trPr>
        <w:tc>
          <w:tcPr>
            <w:tcW w:type="dxa" w:w="774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4488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Фамилия, имя, отчество (последнее - при наличии)</w:t>
            </w:r>
          </w:p>
        </w:tc>
        <w:tc>
          <w:tcPr>
            <w:tcW w:type="dxa" w:w="232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 (при наличии)</w:t>
            </w:r>
          </w:p>
        </w:tc>
        <w:tc>
          <w:tcPr>
            <w:tcW w:type="dxa" w:w="5881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201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Подпись</w:t>
            </w:r>
          </w:p>
        </w:tc>
      </w:tr>
      <w:tr>
        <w:trPr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4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588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4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88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4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88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rPr>
          <w:b/>
          <w:sz w:val="19"/>
        </w:rPr>
        <w:t>Уполномоченный представитель лица, осуществляющего строительство, реконструкцию, капитальный ремонт, по вопросам строительного контроля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4"/>
        <w:gridCol w:w="4488"/>
        <w:gridCol w:w="2322"/>
        <w:gridCol w:w="5881"/>
        <w:gridCol w:w="2012"/>
      </w:tblGrid>
      <w:tr>
        <w:trPr>
          <w:tblHeader/>
          <w:cantSplit/>
        </w:trPr>
        <w:tc>
          <w:tcPr>
            <w:tcW w:type="dxa" w:w="774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4488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Фамилия, имя, отчество (последнее - при наличии)</w:t>
            </w:r>
          </w:p>
        </w:tc>
        <w:tc>
          <w:tcPr>
            <w:tcW w:type="dxa" w:w="232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 (при наличии)</w:t>
            </w:r>
          </w:p>
        </w:tc>
        <w:tc>
          <w:tcPr>
            <w:tcW w:type="dxa" w:w="5881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Наименование, дата, номер документа, подтверждающего полномочие</w:t>
            </w:r>
          </w:p>
        </w:tc>
        <w:tc>
          <w:tcPr>
            <w:tcW w:type="dxa" w:w="201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Подпись</w:t>
            </w:r>
          </w:p>
        </w:tc>
      </w:tr>
      <w:tr>
        <w:trPr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4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588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4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88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4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588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19"/>
        </w:rPr>
        <w:t>Другие лица, осуществляющие строительство, реконструкцию, капитальный ремонт, их уполномоченные представители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4"/>
        <w:gridCol w:w="6191"/>
        <w:gridCol w:w="4179"/>
        <w:gridCol w:w="2167"/>
        <w:gridCol w:w="2167"/>
      </w:tblGrid>
      <w:tr>
        <w:trPr>
          <w:tblHeader/>
          <w:cantSplit/>
        </w:trPr>
        <w:tc>
          <w:tcPr>
            <w:tcW w:type="dxa" w:w="774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6191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Фамилия, имя, отчество (последнее - при наличии), адрес места жительства, ОГРНИП, ИНН - для индивидуальных предпринимателей, полное и (или) сокращенное наименование, ОГРН, ИНН, место нахождения - для юридических лиц, фамилия, имя, отчество (последнее - при наличии) паспортные данные, адрес места жительства - для физических лиц, не являющихся индивидуальными предпринимателями</w:t>
            </w:r>
          </w:p>
        </w:tc>
        <w:tc>
          <w:tcPr>
            <w:tcW w:type="dxa" w:w="417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Фамилия, имя, отчество (последнее - при наличии), должность (при наличии) уполномоченного представителя лица, осуществляющего строительство, реконструкцию, капитальный ремонт, наименование, дата, номер документа, подтверждающего полномочие</w:t>
            </w:r>
          </w:p>
        </w:tc>
        <w:tc>
          <w:tcPr>
            <w:tcW w:type="dxa" w:w="2167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Выполняемые работы по строительству, реконструкции, капитальному ремонту объекта капитального строительства</w:t>
            </w:r>
          </w:p>
        </w:tc>
        <w:tc>
          <w:tcPr>
            <w:tcW w:type="dxa" w:w="2167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Подпись уполномоченного представителя лица, осуществляющего строительство, реконструкцию, капитальный ремонт</w:t>
            </w:r>
          </w:p>
        </w:tc>
      </w:tr>
      <w:tr>
        <w:trPr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619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17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16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16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619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17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6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6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619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17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6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6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r>
        <w:rPr>
          <w:b/>
        </w:rPr>
        <w:t>Сведения о государственном строительном надзоре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  <w:sz w:val="17"/>
        </w:rPr>
        <w:t>(наименование органа государственного строительного надзора, почтовые реквизиты, телефон/факс, адрес электронной почты (при наличии), фамилия, имя, отчество (последнее — при наличии), должность должностного лица, номер, дата приказа (распоряжения) о назначении должностного лица ответственным за осуществление государственного строительного надзора на объекте капитального строительства)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/>
        </w:rPr>
        <w:t>Общие сведения об объекте капитального строительства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  <w:sz w:val="17"/>
        </w:rPr>
        <w:t>(наименование объекта капитального строительства, краткие проектные характеристики объекта капитального строительства)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/>
          <w:sz w:val="19"/>
        </w:rPr>
        <w:t>Начало строительства, реконструкции, капитального ремонта объекта капитального строительства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  <w:sz w:val="17"/>
        </w:rPr>
        <w:t>(дата)</w:t>
      </w:r>
    </w:p>
    <w:p>
      <w:r>
        <w:rPr>
          <w:b/>
          <w:sz w:val="19"/>
        </w:rPr>
        <w:t>Окончание строительства, реконструкции, капитального ремонта объекта капитального строительства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  <w:sz w:val="17"/>
        </w:rPr>
        <w:t>(дата)</w:t>
      </w:r>
    </w:p>
    <w:p>
      <w:r>
        <w:br w:type="page"/>
      </w:r>
    </w:p>
    <w:p>
      <w:r>
        <w:rPr>
          <w:b w:val="0"/>
          <w:sz w:val="19"/>
        </w:rPr>
        <w:t>В настоящем журнале _________ страниц. Журнал пронумерован, сброшюрован и скреплен печатью (заполняется в случае, если общий журнал, в котором ведется учет выполненных работ, ведется на бумажном носителе).</w:t>
      </w:r>
    </w:p>
    <w:p>
      <w:r>
        <w:rPr>
          <w:b w:val="0"/>
          <w:sz w:val="19"/>
        </w:rPr>
        <w:t>В журнале содержится учет выполнения работ в период с __________________ по ___________________ (заполняется в случае, если в процессе строительства, реконструкции, капитального ремонта велось несколько журналов)</w:t>
      </w:r>
    </w:p>
    <w:p>
      <w:r>
        <w:rPr>
          <w:b w:val="0"/>
        </w:rPr>
        <w:t>_______________________     ___________________________     _________________________________</w:t>
      </w:r>
    </w:p>
    <w:p>
      <w:r>
        <w:rPr>
          <w:b w:val="0"/>
          <w:sz w:val="17"/>
        </w:rPr>
        <w:t>(подпись)                                  (расшифровка подписи)                (должность (при наличии) — для застройщика или технического заказчика, являющегося юридическим лицом)</w:t>
      </w:r>
    </w:p>
    <w:p>
      <w:r>
        <w:rPr>
          <w:b w:val="0"/>
          <w:sz w:val="17"/>
        </w:rPr>
        <w:t>М.П. (при наличии) (для застройщика или технического заказчика, являющегося юридическим лицом, заполняется в случае, если общий журнал, в котором ведется учет выполненных работ, ведется на бумажном носителе)</w:t>
      </w:r>
    </w:p>
    <w:p>
      <w:r>
        <w:rPr>
          <w:b/>
          <w:sz w:val="18"/>
        </w:rPr>
        <w:t>Регистрационная надпись органа государственного строительного надзора (заполняется должностным лицом органа государственного строительного надзора)</w:t>
      </w:r>
    </w:p>
    <w:p>
      <w:r>
        <w:rPr>
          <w:b w:val="0"/>
        </w:rPr>
        <w:t>_____________________________________________________________________________________________</w:t>
      </w:r>
    </w:p>
    <w:p>
      <w:r>
        <w:rPr>
          <w:b w:val="0"/>
        </w:rPr>
        <w:t>_______________________     ___________________________     _________________________________</w:t>
      </w:r>
    </w:p>
    <w:p>
      <w:r>
        <w:rPr>
          <w:b w:val="0"/>
          <w:sz w:val="17"/>
        </w:rPr>
        <w:t>(личная подпись)                        (расшифровка подписи)                     (должность (при наличии))</w:t>
      </w:r>
    </w:p>
    <w:p>
      <w:r>
        <w:rPr>
          <w:b w:val="0"/>
        </w:rPr>
        <w:t>«____» ____________________ 20____ г.</w:t>
      </w:r>
    </w:p>
    <w:p>
      <w:r>
        <w:rPr>
          <w:b/>
          <w:sz w:val="19"/>
        </w:rPr>
        <w:t>Сведения об изменениях в записях титульного листа общего журнала, в котором ведется учет выполнения работ по строительству, реконструкции, капитальному ремонту объекта капитального строительства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9"/>
        <w:gridCol w:w="1393"/>
        <w:gridCol w:w="2941"/>
        <w:gridCol w:w="7739"/>
        <w:gridCol w:w="2476"/>
      </w:tblGrid>
      <w:tr>
        <w:trPr>
          <w:tblHeader/>
          <w:cantSplit/>
        </w:trPr>
        <w:tc>
          <w:tcPr>
            <w:tcW w:type="dxa" w:w="92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1393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Дата</w:t>
            </w:r>
          </w:p>
        </w:tc>
        <w:tc>
          <w:tcPr>
            <w:tcW w:type="dxa" w:w="2941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Изменения в записях с указанием основания</w:t>
            </w:r>
          </w:p>
        </w:tc>
        <w:tc>
          <w:tcPr>
            <w:tcW w:type="dxa" w:w="773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Фамилия, инициалы, должность (при наличии) лица, внесшего изменения, наименование, дата, номер документа, подтверждающего полномочие лица</w:t>
            </w:r>
          </w:p>
        </w:tc>
        <w:tc>
          <w:tcPr>
            <w:tcW w:type="dxa" w:w="247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Подпись</w:t>
            </w:r>
          </w:p>
        </w:tc>
      </w:tr>
      <w:tr>
        <w:trPr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39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94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773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9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94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73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39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94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73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РАЗДЕЛ 1. Список инженерно-технического персонала лица, осуществляющего строительство, реконструкцию, капитальный ремонт, занятого при строительстве, реконструкции, капитальном ремонте объекта капитального строительства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2"/>
        <w:gridCol w:w="3908"/>
        <w:gridCol w:w="2814"/>
        <w:gridCol w:w="2189"/>
        <w:gridCol w:w="1876"/>
        <w:gridCol w:w="3908"/>
      </w:tblGrid>
      <w:tr>
        <w:trPr>
          <w:tblHeader/>
          <w:cantSplit/>
        </w:trPr>
        <w:tc>
          <w:tcPr>
            <w:tcW w:type="dxa" w:w="78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3908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Полное и (или) сокращенное наименование или фамилия, имя отчество (последнее - при наличии) лица, осуществляющего строительство, реконструкцию, капитальный ремонт</w:t>
            </w:r>
          </w:p>
        </w:tc>
        <w:tc>
          <w:tcPr>
            <w:tcW w:type="dxa" w:w="2814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Фамилия, инициалы, должность (при наличии) лица, входящего в список инженерно-технического персонала</w:t>
            </w:r>
          </w:p>
        </w:tc>
        <w:tc>
          <w:tcPr>
            <w:tcW w:type="dxa" w:w="218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Дата начала работ на объекте капитального строительства с указанием вида работ</w:t>
            </w:r>
          </w:p>
        </w:tc>
        <w:tc>
          <w:tcPr>
            <w:tcW w:type="dxa" w:w="187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Дата окончания работ на объекте капитального строительства</w:t>
            </w:r>
          </w:p>
        </w:tc>
        <w:tc>
          <w:tcPr>
            <w:tcW w:type="dxa" w:w="3908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 (при наличии), фамилия, инициалы, подпись уполномоченного представителя лица, осуществляющего строительство, реконструкцию, капитальный ремонт</w:t>
            </w:r>
          </w:p>
        </w:tc>
      </w:tr>
      <w:tr>
        <w:trPr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81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18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6</w:t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1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8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1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8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1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8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1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18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8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РАЗДЕЛ 2. Перечень специальных журналов, в которых ведется учет выполнения работ, а также журналов авторского надзора лица, осуществляющего подготовку проектной документации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4"/>
        <w:gridCol w:w="2476"/>
        <w:gridCol w:w="6036"/>
        <w:gridCol w:w="2012"/>
        <w:gridCol w:w="4179"/>
      </w:tblGrid>
      <w:tr>
        <w:trPr>
          <w:tblHeader/>
          <w:cantSplit/>
        </w:trPr>
        <w:tc>
          <w:tcPr>
            <w:tcW w:type="dxa" w:w="774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247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 специального журнала (журнала авторского надзора) и дата его выдачи</w:t>
            </w:r>
          </w:p>
        </w:tc>
        <w:tc>
          <w:tcPr>
            <w:tcW w:type="dxa" w:w="603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Полное и (или) сокращенное наименование или фамилия, имя, отчество (при наличии) лица, осуществляющего строительство, реконструкцию, капитальный ремонт (лица, осуществляющего подготовку проектной документации), ведущих журнал, их уполномоченных представителей с указанием должности (при наличии), фамилии, инициалов</w:t>
            </w:r>
          </w:p>
        </w:tc>
        <w:tc>
          <w:tcPr>
            <w:tcW w:type="dxa" w:w="201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Дата передачи застройщику или техническому заказчику журнала</w:t>
            </w:r>
          </w:p>
        </w:tc>
        <w:tc>
          <w:tcPr>
            <w:tcW w:type="dxa" w:w="417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Подпись уполномоченного представителя застройщика или технического заказчика, лица, ответственного за эксплуатацию здания, сооружения, и (или) регионального оператора</w:t>
            </w:r>
          </w:p>
        </w:tc>
      </w:tr>
      <w:tr>
        <w:trPr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60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417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60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17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60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17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60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17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7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60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17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РАЗДЕЛ 3. Сведения о выполнении работ в процессе строительства, реконструкции, капитального ремонта объекта капитального строительства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2"/>
        <w:gridCol w:w="1720"/>
        <w:gridCol w:w="2032"/>
        <w:gridCol w:w="7973"/>
        <w:gridCol w:w="2970"/>
      </w:tblGrid>
      <w:tr>
        <w:trPr>
          <w:tblHeader/>
          <w:cantSplit/>
        </w:trPr>
        <w:tc>
          <w:tcPr>
            <w:tcW w:type="dxa" w:w="78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1720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Дата выполнения работ</w:t>
            </w:r>
          </w:p>
        </w:tc>
        <w:tc>
          <w:tcPr>
            <w:tcW w:type="dxa" w:w="203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Условия производства работ</w:t>
            </w:r>
          </w:p>
        </w:tc>
        <w:tc>
          <w:tcPr>
            <w:tcW w:type="dxa" w:w="7973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 работ, выполняемых в процессе строительства, реконструкции, капитального ремонта объекта капитального строительства с указанием осей, рядов, отметов, пикетов, этажей, ярусов, секций, помещений, в которых выполнялись работы, сведения о методах выполнения работ, применяемых строительных материалах, изделиях и конструкциях, проведенных испытаниях конструкций, оборудования, систем, сетей и устройств (опробование вхолостую или под нагрузкой, подача электроэнергии, давления, испытания на прочность и герметичность)</w:t>
            </w:r>
          </w:p>
        </w:tc>
        <w:tc>
          <w:tcPr>
            <w:tcW w:type="dxa" w:w="2970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 (при наличии), фамилия, инициалы, подпись уполномоченного представителя лица, осуществляющего строительство, реконструкцию, капитальный ремонт</w:t>
            </w:r>
          </w:p>
        </w:tc>
      </w:tr>
      <w:tr>
        <w:trPr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72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2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797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97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2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7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97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2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7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97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2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7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97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72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797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970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РАЗДЕЛ 4. Сведения о строительном контроле в процессе строительства, реконструкции, капитального ремонта объекта капитального строительства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2"/>
        <w:gridCol w:w="2501"/>
        <w:gridCol w:w="1407"/>
        <w:gridCol w:w="1563"/>
        <w:gridCol w:w="3908"/>
        <w:gridCol w:w="1407"/>
        <w:gridCol w:w="3908"/>
      </w:tblGrid>
      <w:tr>
        <w:trPr>
          <w:tblHeader/>
          <w:cantSplit/>
        </w:trPr>
        <w:tc>
          <w:tcPr>
            <w:tcW w:type="dxa" w:w="78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2501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Сведения о проведении строительного контроля при строительстве, реконструкции, капитальном ремонте объекта капитального строительства</w:t>
            </w:r>
          </w:p>
        </w:tc>
        <w:tc>
          <w:tcPr>
            <w:tcW w:type="dxa" w:w="1407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Выявленные недостатки</w:t>
            </w:r>
          </w:p>
        </w:tc>
        <w:tc>
          <w:tcPr>
            <w:tcW w:type="dxa" w:w="1563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Срок устранения выявленных недостатков</w:t>
            </w:r>
          </w:p>
        </w:tc>
        <w:tc>
          <w:tcPr>
            <w:tcW w:type="dxa" w:w="3908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 (при наличии), фамилия, инициалы, подпись уполномоченного представителя застройщика или технического заказчика, лица, ответственного за эксплуатацию здания, сооружения, и (или) регионального оператора по вопросам строительного контроля</w:t>
            </w:r>
          </w:p>
        </w:tc>
        <w:tc>
          <w:tcPr>
            <w:tcW w:type="dxa" w:w="1407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Дата устранения недостатков</w:t>
            </w:r>
          </w:p>
        </w:tc>
        <w:tc>
          <w:tcPr>
            <w:tcW w:type="dxa" w:w="3908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 (при наличии), фамилия, инициалы, подпись уполномоченного представителя застройщика или технического заказчика, лица, ответственного за эксплуатацию здания, сооружения, и (или) регионального оператора по вопросам строительного контроля</w:t>
            </w:r>
          </w:p>
        </w:tc>
      </w:tr>
      <w:tr>
        <w:trPr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50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40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56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40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7</w:t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0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0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56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0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0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0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56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0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0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0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56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0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78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501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0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563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407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9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РАЗДЕЛ 5. Перечень исполнительной документации при строительстве, реконструкции, капитальном ремонте объекта капитального строительства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9"/>
        <w:gridCol w:w="8512"/>
        <w:gridCol w:w="6036"/>
      </w:tblGrid>
      <w:tr>
        <w:trPr>
          <w:tblHeader/>
          <w:cantSplit/>
        </w:trPr>
        <w:tc>
          <w:tcPr>
            <w:tcW w:type="dxa" w:w="92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851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Наименование исполнительной документации (с указанием наименования и реквизитов документа, вида работ, места расположения конструкций, участков сетей инженерно-технического обеспечения)</w:t>
            </w:r>
          </w:p>
        </w:tc>
        <w:tc>
          <w:tcPr>
            <w:tcW w:type="dxa" w:w="603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Дата подписания документа, должности (при наличии), фамилии, инициалы лиц, подписавших документы</w:t>
            </w:r>
          </w:p>
        </w:tc>
      </w:tr>
      <w:tr>
        <w:trPr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85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60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85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60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85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60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85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60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85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603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РАЗДЕЛ 6. Сведения о государственном строительном надзоре при строительстве, реконструкции объекта капитального строительства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9"/>
        <w:gridCol w:w="2012"/>
        <w:gridCol w:w="3869"/>
        <w:gridCol w:w="1548"/>
        <w:gridCol w:w="2476"/>
        <w:gridCol w:w="2322"/>
        <w:gridCol w:w="2322"/>
      </w:tblGrid>
      <w:tr>
        <w:trPr>
          <w:tblHeader/>
          <w:cantSplit/>
        </w:trPr>
        <w:tc>
          <w:tcPr>
            <w:tcW w:type="dxa" w:w="92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№ п/п</w:t>
            </w:r>
          </w:p>
        </w:tc>
        <w:tc>
          <w:tcPr>
            <w:tcW w:type="dxa" w:w="201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Дата контрольного (надзорного) мероприятия</w:t>
            </w:r>
          </w:p>
        </w:tc>
        <w:tc>
          <w:tcPr>
            <w:tcW w:type="dxa" w:w="3869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Данные о проведенных органом государственного строительного надзора контрольных (надзорных) мероприятиях</w:t>
            </w:r>
          </w:p>
        </w:tc>
        <w:tc>
          <w:tcPr>
            <w:tcW w:type="dxa" w:w="1548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Срок устранения выявленных нарушений</w:t>
            </w:r>
          </w:p>
        </w:tc>
        <w:tc>
          <w:tcPr>
            <w:tcW w:type="dxa" w:w="2476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Должность, фамилия, инициалы, подпись должностного лица</w:t>
            </w:r>
          </w:p>
        </w:tc>
        <w:tc>
          <w:tcPr>
            <w:tcW w:type="dxa" w:w="232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Фактическая дата устранения выявленных нарушений</w:t>
            </w:r>
          </w:p>
        </w:tc>
        <w:tc>
          <w:tcPr>
            <w:tcW w:type="dxa" w:w="2322"/>
            <w:vAlign w:val="center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Должность, фамилия, инициалы, подпись должностного лица</w:t>
            </w:r>
          </w:p>
        </w:tc>
      </w:tr>
      <w:tr>
        <w:trPr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386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5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7</w:t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86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86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86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510"/>
          <w:cantSplit/>
        </w:trPr>
        <w:tc>
          <w:tcPr>
            <w:tcW w:type="dxa" w:w="92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0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869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15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76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32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6838" w:h="11906"/>
      <w:pgMar w:top="652" w:right="680" w:bottom="652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журнал работ — бланк по приказу №1026/пр</dc:title>
  <dc:subject>Редактируемая форма. Проверено 29.09.2026</dc:subject>
  <dc:creator>ЦДПО «ПРОФЕКС»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